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lang w:val="ru-RU"/>
        </w:rPr>
      </w:pPr>
      <w:r>
        <w:rPr>
          <w:b/>
          <w:sz w:val="28"/>
          <w:lang w:val="ru-RU"/>
        </w:rPr>
        <w:t>Универсальный шаблон маршрутного листа</w:t>
        <w:br/>
        <w:t>(для асинхронного обучения)</w:t>
      </w:r>
    </w:p>
    <w:p>
      <w:pPr>
        <w:pStyle w:val="Normal"/>
        <w:rPr>
          <w:lang w:val="ru-RU"/>
        </w:rPr>
      </w:pPr>
      <w:r>
        <w:rPr>
          <w:lang w:val="ru-RU"/>
        </w:rPr>
        <w:t>Предмет: [Вписать название предмета]</w:t>
      </w:r>
    </w:p>
    <w:p>
      <w:pPr>
        <w:pStyle w:val="Normal"/>
        <w:rPr>
          <w:lang w:val="ru-RU"/>
        </w:rPr>
      </w:pPr>
      <w:r>
        <w:rPr>
          <w:lang w:val="ru-RU"/>
        </w:rPr>
        <w:t>Класс: [Вписать номер класса]</w:t>
      </w:r>
    </w:p>
    <w:p>
      <w:pPr>
        <w:pStyle w:val="Normal"/>
        <w:rPr>
          <w:lang w:val="ru-RU"/>
        </w:rPr>
      </w:pPr>
      <w:r>
        <w:rPr>
          <w:lang w:val="ru-RU"/>
        </w:rPr>
        <w:t>Учитель: [Вписать ФИО]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Период выполнения: с [Дата] по [Дата] </w:t>
      </w:r>
      <w:r>
        <w:rPr>
          <w:i/>
          <w:lang w:val="ru-RU"/>
        </w:rPr>
        <w:t>(Сроки гибкие, сдается по мере появления связи)</w:t>
      </w:r>
    </w:p>
    <w:p>
      <w:pPr>
        <w:pStyle w:val="Normal"/>
        <w:rPr>
          <w:lang w:val="ru-RU"/>
        </w:rPr>
      </w:pPr>
      <w:r>
        <w:rPr>
          <w:lang w:val="ru-RU"/>
        </w:rPr>
        <w:t>__________________________________________________</w:t>
      </w:r>
    </w:p>
    <w:p>
      <w:pPr>
        <w:pStyle w:val="Normal"/>
        <w:rPr>
          <w:lang w:val="ru-RU"/>
        </w:rPr>
      </w:pPr>
      <w:r>
        <w:rPr>
          <w:b/>
          <w:lang w:val="ru-RU"/>
        </w:rPr>
        <w:t xml:space="preserve">Тема урока: </w:t>
      </w:r>
      <w:r>
        <w:rPr>
          <w:lang w:val="ru-RU"/>
        </w:rPr>
        <w:t>[Сформулировать тему просто и понятно для ученика]</w:t>
      </w:r>
    </w:p>
    <w:p>
      <w:pPr>
        <w:pStyle w:val="Normal"/>
        <w:rPr>
          <w:lang w:val="ru-RU"/>
        </w:rPr>
      </w:pPr>
      <w:r>
        <w:rPr>
          <w:b/>
          <w:lang w:val="ru-RU"/>
        </w:rPr>
        <w:t>Что вы узнаете и чему научитесь:</w:t>
      </w:r>
    </w:p>
    <w:p>
      <w:pPr>
        <w:pStyle w:val="ListBullet"/>
        <w:numPr>
          <w:ilvl w:val="0"/>
          <w:numId w:val="1"/>
        </w:numPr>
        <w:rPr>
          <w:lang w:val="ru-RU"/>
        </w:rPr>
      </w:pPr>
      <w:r>
        <w:rPr>
          <w:lang w:val="ru-RU"/>
        </w:rPr>
        <w:t>[Пункт 1: простой глагол + действие. Например: узнаете причины..., научитесь решать...]</w:t>
      </w:r>
    </w:p>
    <w:p>
      <w:pPr>
        <w:pStyle w:val="ListBullet"/>
        <w:numPr>
          <w:ilvl w:val="0"/>
          <w:numId w:val="1"/>
        </w:numPr>
        <w:rPr>
          <w:lang w:val="ru-RU"/>
        </w:rPr>
      </w:pPr>
      <w:r>
        <w:rPr>
          <w:lang w:val="ru-RU"/>
        </w:rPr>
        <w:t>[Пункт 2: опционально]</w:t>
      </w:r>
    </w:p>
    <w:p>
      <w:pPr>
        <w:pStyle w:val="Normal"/>
        <w:rPr>
          <w:lang w:val="ru-RU"/>
        </w:rPr>
      </w:pPr>
      <w:r>
        <w:rPr>
          <w:b/>
          <w:lang w:val="ru-RU"/>
        </w:rPr>
        <w:t>Шаг 1. Изучаем новый материал (Теория)</w:t>
      </w:r>
    </w:p>
    <w:p>
      <w:pPr>
        <w:pStyle w:val="Normal"/>
        <w:rPr>
          <w:lang w:val="ru-RU"/>
        </w:rPr>
      </w:pPr>
      <w:r>
        <w:rPr>
          <w:i/>
          <w:lang w:val="ru-RU"/>
        </w:rPr>
        <w:t>Основной источник — печатный учебник.</w:t>
      </w:r>
    </w:p>
    <w:p>
      <w:pPr>
        <w:pStyle w:val="ListNumber"/>
        <w:numPr>
          <w:ilvl w:val="0"/>
          <w:numId w:val="4"/>
        </w:numPr>
        <w:rPr>
          <w:lang w:val="ru-RU"/>
        </w:rPr>
      </w:pPr>
      <w:r>
        <w:rPr>
          <w:lang w:val="ru-RU"/>
        </w:rPr>
        <w:t>Откройте учебник на стр. [Указать номер].</w:t>
      </w:r>
    </w:p>
    <w:p>
      <w:pPr>
        <w:pStyle w:val="ListNumber"/>
        <w:numPr>
          <w:ilvl w:val="0"/>
          <w:numId w:val="4"/>
        </w:numPr>
        <w:rPr>
          <w:lang w:val="ru-RU"/>
        </w:rPr>
      </w:pPr>
      <w:r>
        <w:rPr>
          <w:lang w:val="ru-RU"/>
        </w:rPr>
        <w:t>Внимательно прочитайте параграф [Указать номер].</w:t>
      </w:r>
    </w:p>
    <w:p>
      <w:pPr>
        <w:pStyle w:val="ListNumber"/>
        <w:numPr>
          <w:ilvl w:val="0"/>
          <w:numId w:val="4"/>
        </w:numPr>
        <w:rPr>
          <w:lang w:val="ru-RU"/>
        </w:rPr>
      </w:pPr>
      <w:r>
        <w:rPr>
          <w:lang w:val="ru-RU"/>
        </w:rPr>
        <w:t>Обратите особое внимание на [правило в рамке / выделенный текст / таблицу] на стр. [Указать номер].</w:t>
      </w:r>
    </w:p>
    <w:p>
      <w:pPr>
        <w:pStyle w:val="ListNumber"/>
        <w:numPr>
          <w:ilvl w:val="0"/>
          <w:numId w:val="4"/>
        </w:numPr>
        <w:rPr>
          <w:lang w:val="ru-RU"/>
        </w:rPr>
      </w:pPr>
      <w:r>
        <w:rPr>
          <w:i/>
          <w:lang w:val="ru-RU"/>
        </w:rPr>
        <w:t xml:space="preserve">Дополнительно (только если есть стабильный интернет): </w:t>
      </w:r>
      <w:r>
        <w:rPr>
          <w:lang w:val="ru-RU"/>
        </w:rPr>
        <w:t>[Краткое голосовое сообщение в чате / ссылка на сжатый опорный конспект. Видео не прикреплять!]</w:t>
      </w:r>
    </w:p>
    <w:p>
      <w:pPr>
        <w:pStyle w:val="Normal"/>
        <w:rPr>
          <w:lang w:val="ru-RU"/>
        </w:rPr>
      </w:pPr>
      <w:r>
        <w:rPr>
          <w:b/>
          <w:lang w:val="ru-RU"/>
        </w:rPr>
        <w:t>Шаг 2. Закрепляем знания (Практика)</w:t>
      </w:r>
    </w:p>
    <w:p>
      <w:pPr>
        <w:pStyle w:val="Normal"/>
        <w:rPr>
          <w:lang w:val="ru-RU"/>
        </w:rPr>
      </w:pPr>
      <w:r>
        <w:rPr>
          <w:i/>
          <w:lang w:val="ru-RU"/>
        </w:rPr>
        <w:t>Эти задания выполняются устно или в черновике, отправлять их на проверку НЕ НУЖНО.</w:t>
      </w:r>
    </w:p>
    <w:p>
      <w:pPr>
        <w:pStyle w:val="ListNumber"/>
        <w:numPr>
          <w:ilvl w:val="0"/>
          <w:numId w:val="4"/>
        </w:numPr>
        <w:rPr>
          <w:lang w:val="ru-RU"/>
        </w:rPr>
      </w:pPr>
      <w:r>
        <w:rPr>
          <w:lang w:val="ru-RU"/>
        </w:rPr>
        <w:t>Найдите в учебнике [схему / таблицу / правило] на стр. [Указать номер].</w:t>
      </w:r>
    </w:p>
    <w:p>
      <w:pPr>
        <w:pStyle w:val="ListNumber"/>
        <w:numPr>
          <w:ilvl w:val="0"/>
          <w:numId w:val="4"/>
        </w:numPr>
        <w:rPr>
          <w:lang w:val="ru-RU"/>
        </w:rPr>
      </w:pPr>
      <w:r>
        <w:rPr>
          <w:lang w:val="ru-RU"/>
        </w:rPr>
        <w:t>Выполните упражнение [Указать номер] [устно / в черновике].</w:t>
      </w:r>
    </w:p>
    <w:p>
      <w:pPr>
        <w:pStyle w:val="ListNumber"/>
        <w:numPr>
          <w:ilvl w:val="0"/>
          <w:numId w:val="4"/>
        </w:numPr>
        <w:rPr>
          <w:lang w:val="ru-RU"/>
        </w:rPr>
      </w:pPr>
      <w:r>
        <w:rPr>
          <w:i/>
          <w:lang w:val="ru-RU"/>
        </w:rPr>
        <w:t xml:space="preserve">Подсказка от учителя: </w:t>
      </w:r>
      <w:r>
        <w:rPr>
          <w:lang w:val="ru-RU"/>
        </w:rPr>
        <w:t>[Указать типичную ошибку или дать совет]</w:t>
      </w:r>
    </w:p>
    <w:p>
      <w:pPr>
        <w:pStyle w:val="Normal"/>
        <w:rPr>
          <w:lang w:val="ru-RU"/>
        </w:rPr>
      </w:pPr>
      <w:r>
        <w:rPr>
          <w:b/>
          <w:lang w:val="ru-RU"/>
        </w:rPr>
        <w:t>Шаг 3. Задание на оценку (Что нужно записать в тетрадь)</w:t>
      </w:r>
    </w:p>
    <w:p>
      <w:pPr>
        <w:pStyle w:val="Normal"/>
        <w:rPr>
          <w:lang w:val="ru-RU"/>
        </w:rPr>
      </w:pPr>
      <w:r>
        <w:rPr>
          <w:i/>
          <w:lang w:val="ru-RU"/>
        </w:rPr>
        <w:t>Записываем в рабочую тетрадь только самое главное.</w:t>
      </w:r>
    </w:p>
    <w:p>
      <w:pPr>
        <w:pStyle w:val="ListNumber"/>
        <w:numPr>
          <w:ilvl w:val="0"/>
          <w:numId w:val="4"/>
        </w:numPr>
        <w:rPr>
          <w:lang w:val="ru-RU"/>
        </w:rPr>
      </w:pPr>
      <w:r>
        <w:rPr>
          <w:lang w:val="ru-RU"/>
        </w:rPr>
        <w:t>Напишите дату и тему.</w:t>
      </w:r>
    </w:p>
    <w:p>
      <w:pPr>
        <w:pStyle w:val="ListNumber"/>
        <w:numPr>
          <w:ilvl w:val="0"/>
          <w:numId w:val="4"/>
        </w:numPr>
        <w:rPr>
          <w:lang w:val="ru-RU"/>
        </w:rPr>
      </w:pPr>
      <w:r>
        <w:rPr>
          <w:lang w:val="ru-RU"/>
        </w:rPr>
        <w:t>Выполните упражнение / решите задачу № [Указать 1-2 номера, объем сокращен на 50%] на стр. [Указать номер].</w:t>
      </w:r>
    </w:p>
    <w:p>
      <w:pPr>
        <w:pStyle w:val="ListNumber"/>
        <w:numPr>
          <w:ilvl w:val="0"/>
          <w:numId w:val="4"/>
        </w:numPr>
        <w:rPr>
          <w:lang w:val="ru-RU"/>
        </w:rPr>
      </w:pPr>
      <w:r>
        <w:rPr>
          <w:lang w:val="ru-RU"/>
        </w:rPr>
        <w:t>[Опционально: Ответьте на 1-2 контрольных вопроса в конце параграфа].</w:t>
      </w:r>
    </w:p>
    <w:p>
      <w:pPr>
        <w:pStyle w:val="Normal"/>
        <w:rPr>
          <w:lang w:val="ru-RU"/>
        </w:rPr>
      </w:pPr>
      <w:r>
        <w:rPr>
          <w:b/>
          <w:lang w:val="ru-RU"/>
        </w:rPr>
        <w:t>Шаг 4. Как сдать работу</w:t>
      </w:r>
    </w:p>
    <w:p>
      <w:pPr>
        <w:pStyle w:val="ListBullet"/>
        <w:numPr>
          <w:ilvl w:val="0"/>
          <w:numId w:val="1"/>
        </w:numPr>
        <w:rPr>
          <w:lang w:val="ru-RU"/>
        </w:rPr>
      </w:pPr>
      <w:r>
        <w:rPr>
          <w:lang w:val="ru-RU"/>
        </w:rPr>
        <w:t>Срок: До [Указать дату]. Внимание! При отсутствии электроэнергии или связи сроки автоматически продлеваются. Оценки за просрочку не снижаются.</w:t>
      </w:r>
    </w:p>
    <w:p>
      <w:pPr>
        <w:pStyle w:val="ListBullet"/>
        <w:numPr>
          <w:ilvl w:val="0"/>
          <w:numId w:val="1"/>
        </w:numPr>
        <w:rPr>
          <w:lang w:val="ru-RU"/>
        </w:rPr>
      </w:pPr>
      <w:r>
        <w:rPr>
          <w:lang w:val="ru-RU"/>
        </w:rPr>
        <w:t>Способ отправки (при наличии связи): Сделайте одну четкую фотографию выполненного Шага 3 и отправьте личным сообщением в МАХ.</w:t>
      </w:r>
    </w:p>
    <w:p>
      <w:pPr>
        <w:pStyle w:val="ListBullet"/>
        <w:numPr>
          <w:ilvl w:val="0"/>
          <w:numId w:val="1"/>
        </w:numPr>
        <w:rPr>
          <w:lang w:val="ru-RU"/>
        </w:rPr>
      </w:pPr>
      <w:r>
        <w:rPr>
          <w:lang w:val="ru-RU"/>
        </w:rPr>
        <w:t>Альтернативный способ (при отсутствии связи). Сохраните выполненную работу в тетради. Тетради будут собраны на проверку, когда возобновится очное обучение.</w:t>
      </w:r>
    </w:p>
    <w:p>
      <w:pPr>
        <w:pStyle w:val="Normal"/>
        <w:rPr>
          <w:lang w:val="ru-RU"/>
        </w:rPr>
      </w:pPr>
      <w:r>
        <w:rPr>
          <w:b/>
          <w:lang w:val="ru-RU"/>
        </w:rPr>
        <w:t>Связь с учителем</w:t>
      </w:r>
    </w:p>
    <w:p>
      <w:pPr>
        <w:pStyle w:val="Normal"/>
        <w:rPr>
          <w:lang w:val="ru-RU"/>
        </w:rPr>
      </w:pPr>
      <w:r>
        <w:rPr>
          <w:lang w:val="ru-RU"/>
        </w:rPr>
        <w:t>Если тема непонятна, вы можете задать вопрос:</w:t>
      </w:r>
    </w:p>
    <w:p>
      <w:pPr>
        <w:pStyle w:val="ListBullet"/>
        <w:numPr>
          <w:ilvl w:val="0"/>
          <w:numId w:val="1"/>
        </w:numPr>
        <w:rPr>
          <w:lang w:val="ru-RU"/>
        </w:rPr>
      </w:pPr>
      <w:r>
        <w:rPr>
          <w:lang w:val="ru-RU"/>
        </w:rPr>
        <w:t>В чате класса (при наличии интернета).</w:t>
      </w:r>
    </w:p>
    <w:p>
      <w:pPr>
        <w:pStyle w:val="ListBullet"/>
        <w:numPr>
          <w:ilvl w:val="0"/>
          <w:numId w:val="1"/>
        </w:numPr>
        <w:spacing w:before="0" w:after="200"/>
        <w:contextualSpacing/>
        <w:rPr>
          <w:lang w:val="ru-RU"/>
        </w:rPr>
      </w:pPr>
      <w:r>
        <w:rPr>
          <w:lang w:val="ru-RU"/>
        </w:rPr>
        <w:t>По SMS на номер [Указать номер, если применимо] в рабочее время с [Время] до [Время].</w:t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swiss"/>
    <w:pitch w:val="default"/>
  </w:font>
  <w:font w:name="Times New Roman">
    <w:charset w:val="01"/>
    <w:family w:val="swiss"/>
    <w:pitch w:val="default"/>
  </w:font>
  <w:font w:name="Calibri">
    <w:charset w:val="01"/>
    <w:family w:val="swiss"/>
    <w:pitch w:val="default"/>
  </w:font>
  <w:font w:name="Courier">
    <w:altName w:val="Courier New"/>
    <w:charset w:val="01"/>
    <w:family w:val="swiss"/>
    <w:pitch w:val="default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Times New Roman" w:hAnsi="Times New Roman" w:eastAsia="ＭＳ 明朝" w:cs="" w:cstheme="minorBidi" w:eastAsiaTheme="minorEastAsia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6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Style5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Style7" w:default="1">
    <w:name w:val="Без списка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LibreOffice/24.2.7.2$Linux_X86_64 LibreOffice_project/420$Build-2</Application>
  <AppVersion>15.0000</AppVersion>
  <Pages>2</Pages>
  <Words>320</Words>
  <Characters>1898</Characters>
  <CharactersWithSpaces>2168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ru-RU</dc:language>
  <cp:lastModifiedBy/>
  <dcterms:modified xsi:type="dcterms:W3CDTF">2026-10-13T16:00:44Z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